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VÝKAZ PRÁCE</w:t>
      </w:r>
    </w:p>
    <w:p>
      <w:r>
        <w:rPr>
          <w:color w:val="5D6B77"/>
        </w:rPr>
        <w:t>výkaz odpracovaných hodin na zakázce</w:t>
      </w: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rPr>
          <w:trHeight w:val="454"/>
        </w:trPr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výkazu: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Období od - do: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vystavení:</w:t>
            </w:r>
          </w:p>
        </w:tc>
      </w:tr>
    </w:tbl>
    <w:p/>
    <w:tbl>
      <w:tblPr>
        <w:tblW w:w="15138" w:type="dxa"/>
        <w:jc w:val="center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DODAVATEL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............................................................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ODBĚRATEL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Obchodní firma: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DIČ: </w:t>
            </w:r>
            <w:r>
              <w:rPr>
                <w:color w:val="C9CFC9"/>
              </w:rPr>
              <w:t>............................................................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4844"/>
        <w:gridCol w:w="10294"/>
      </w:tblGrid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Zakázka / místo výkonu prací</w:t>
            </w:r>
          </w:p>
        </w:tc>
        <w:tc>
          <w:tcPr>
            <w:tcW w:type="dxa" w:w="10293"/>
          </w:tcPr>
          <w:p/>
        </w:tc>
      </w:tr>
      <w:tr>
        <w:trPr>
          <w:trHeight w:val="351"/>
        </w:trPr>
        <w:tc>
          <w:tcPr>
            <w:tcW w:type="dxa" w:w="4844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Objednávka / smlouva č.</w:t>
            </w:r>
          </w:p>
        </w:tc>
        <w:tc>
          <w:tcPr>
            <w:tcW w:type="dxa" w:w="10293"/>
          </w:tcPr>
          <w:p/>
        </w:tc>
      </w:tr>
    </w:tbl>
    <w:tbl>
      <w:tblPr>
        <w:tblStyle w:val="TableGrid"/>
        <w:tblW w:w="15138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1251"/>
        <w:gridCol w:w="2252"/>
        <w:gridCol w:w="5755"/>
        <w:gridCol w:w="875"/>
        <w:gridCol w:w="875"/>
        <w:gridCol w:w="1126"/>
        <w:gridCol w:w="1376"/>
        <w:gridCol w:w="1626"/>
      </w:tblGrid>
      <w:tr>
        <w:tc>
          <w:tcPr>
            <w:tcW w:type="dxa" w:w="125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Datum</w:t>
            </w:r>
          </w:p>
        </w:tc>
        <w:tc>
          <w:tcPr>
            <w:tcW w:type="dxa" w:w="2252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Pracovník</w:t>
            </w:r>
          </w:p>
        </w:tc>
        <w:tc>
          <w:tcPr>
            <w:tcW w:type="dxa" w:w="5755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Popis provedené práce</w:t>
            </w:r>
          </w:p>
        </w:tc>
        <w:tc>
          <w:tcPr>
            <w:tcW w:type="dxa" w:w="87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Od</w:t>
            </w:r>
          </w:p>
        </w:tc>
        <w:tc>
          <w:tcPr>
            <w:tcW w:type="dxa" w:w="87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Do</w:t>
            </w:r>
          </w:p>
        </w:tc>
        <w:tc>
          <w:tcPr>
            <w:tcW w:type="dxa" w:w="112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Hodiny</w:t>
            </w:r>
          </w:p>
        </w:tc>
        <w:tc>
          <w:tcPr>
            <w:tcW w:type="dxa" w:w="137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Sazba (Kč/h)</w:t>
            </w:r>
          </w:p>
        </w:tc>
        <w:tc>
          <w:tcPr>
            <w:tcW w:type="dxa" w:w="162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Celkem (Kč)</w:t>
            </w:r>
          </w:p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rPr>
          <w:trHeight w:val="312"/>
        </w:trPr>
        <w:tc>
          <w:tcPr>
            <w:tcW w:type="dxa" w:w="1251"/>
          </w:tcPr>
          <w:p/>
        </w:tc>
        <w:tc>
          <w:tcPr>
            <w:tcW w:type="dxa" w:w="2252"/>
          </w:tcPr>
          <w:p/>
        </w:tc>
        <w:tc>
          <w:tcPr>
            <w:tcW w:type="dxa" w:w="5755"/>
          </w:tcPr>
          <w:p/>
        </w:tc>
        <w:tc>
          <w:tcPr>
            <w:tcW w:type="dxa" w:w="876"/>
          </w:tcPr>
          <w:p/>
        </w:tc>
        <w:tc>
          <w:tcPr>
            <w:tcW w:type="dxa" w:w="876"/>
          </w:tcPr>
          <w:p/>
        </w:tc>
        <w:tc>
          <w:tcPr>
            <w:tcW w:type="dxa" w:w="1126"/>
          </w:tcPr>
          <w:p/>
        </w:tc>
        <w:tc>
          <w:tcPr>
            <w:tcW w:type="dxa" w:w="1376"/>
          </w:tcPr>
          <w:p/>
        </w:tc>
        <w:tc>
          <w:tcPr>
            <w:tcW w:type="dxa" w:w="1626"/>
          </w:tcPr>
          <w:p/>
        </w:tc>
      </w:tr>
      <w:tr>
        <w:tc>
          <w:tcPr>
            <w:tcW w:type="dxa" w:w="13512"/>
            <w:gridSpan w:val="7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bez DPH</w:t>
            </w:r>
          </w:p>
        </w:tc>
        <w:tc>
          <w:tcPr>
            <w:tcW w:type="dxa" w:w="1626"/>
          </w:tcPr>
          <w:p/>
        </w:tc>
      </w:tr>
      <w:tr>
        <w:tc>
          <w:tcPr>
            <w:tcW w:type="dxa" w:w="13512"/>
            <w:gridSpan w:val="7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21</w:t>
            </w:r>
          </w:p>
        </w:tc>
        <w:tc>
          <w:tcPr>
            <w:tcW w:type="dxa" w:w="1626"/>
          </w:tcPr>
          <w:p/>
        </w:tc>
      </w:tr>
      <w:tr>
        <w:tc>
          <w:tcPr>
            <w:tcW w:type="dxa" w:w="13512"/>
            <w:gridSpan w:val="7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Celkem s DPH</w:t>
            </w:r>
          </w:p>
        </w:tc>
        <w:tc>
          <w:tcPr>
            <w:tcW w:type="dxa" w:w="1626"/>
          </w:tcPr>
          <w:p/>
        </w:tc>
      </w:tr>
    </w:tbl>
    <w:p>
      <w:r>
        <w:rPr>
          <w:color w:val="5D6B77"/>
          <w:sz w:val="15"/>
        </w:rPr>
        <w:t>Hodiny zapisujte bez přestávky na oběd. Pokud výkaz slouží jen k evidenci docházky, sloupce se sazbou nechte prázdné.</w:t>
      </w:r>
    </w:p>
    <w:p/>
    <w:tbl>
      <w:tblPr>
        <w:tblW w:w="15138" w:type="dxa"/>
        <w:tblLayout w:type="fixed"/>
        <w:tblLook w:firstColumn="1" w:firstRow="1" w:lastColumn="0" w:lastRow="0" w:noHBand="0" w:noVBand="1" w:val="04A0"/>
      </w:tblPr>
      <w:tblGrid>
        <w:gridCol w:w="7569"/>
        <w:gridCol w:w="7569"/>
      </w:tblGrid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Vypracoval za dodavatele (jméno, podpis, datum)</w:t>
            </w:r>
          </w:p>
        </w:tc>
        <w:tc>
          <w:tcPr>
            <w:tcW w:type="dxa" w:w="7569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Odsouhlasil za odběratele (jméno, podpis, datum)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