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STAVEBNÍ DENÍK</w:t>
      </w:r>
    </w:p>
    <w:p>
      <w:r>
        <w:rPr>
          <w:color w:val="5D6B77"/>
        </w:rPr>
        <w:t>denní záznam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Stavba: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Strana č.: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POČASÍ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Ráno (teplota, stav):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Poledne: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Večer: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PRACOVNÍ DOBA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Zahájení prací: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Ukončení prací: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Přerušení (důvod):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PRACOVNÍCI NA STAVBĚ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1224"/>
        <w:gridCol w:w="1428"/>
        <w:gridCol w:w="2449"/>
      </w:tblGrid>
      <w:tr>
        <w:tc>
          <w:tcPr>
            <w:tcW w:type="dxa" w:w="510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Profese / firma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Počet</w:t>
            </w:r>
          </w:p>
        </w:tc>
        <w:tc>
          <w:tcPr>
            <w:tcW w:type="dxa" w:w="142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Hodiny</w:t>
            </w:r>
          </w:p>
        </w:tc>
        <w:tc>
          <w:tcPr>
            <w:tcW w:type="dxa" w:w="244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2. STROJE A MECHANIZMY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1224"/>
        <w:gridCol w:w="1428"/>
        <w:gridCol w:w="2449"/>
      </w:tblGrid>
      <w:tr>
        <w:tc>
          <w:tcPr>
            <w:tcW w:type="dxa" w:w="510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Stroj / mechanizmus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Počet</w:t>
            </w:r>
          </w:p>
        </w:tc>
        <w:tc>
          <w:tcPr>
            <w:tcW w:type="dxa" w:w="142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Hodiny</w:t>
            </w:r>
          </w:p>
        </w:tc>
        <w:tc>
          <w:tcPr>
            <w:tcW w:type="dxa" w:w="244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3. PROVEDENÉ PRÁCE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4. DODANÝ MATERIÁL (ČÍSLO DODACÍHO LISTU)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5. KONTROLY, ZKOUŠKY, ZMĚNY A POKYNY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6. ZÁPIS TECHNICKÉHO DOZORU / OBJEDNATELE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Zapsal: stavbyvedoucí (jméno,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Technický dozor / objednatel (jméno, podpis)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